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AMALIYOT HISOBOTI</w:t>
      </w:r>
    </w:p>
    <w:p>
      <w:r>
        <w:t>Amaliyot maqsadi, bajarilgan ish va dalillarga asoslangan xulosa uchun tuzilma</w:t>
      </w:r>
    </w:p>
    <w:p>
      <w:r>
        <w:t>Tahrirlanadigan qism. Kvadrat qavslarni o‘z ma’lumotingiz bilan almashtiring; keraksiz bandlarni o‘chiring. Qabul qiluvchi bergan shakl bo‘lsa, o‘sha shakldan foydalaning.</w:t>
      </w:r>
    </w:p>
    <w:p>
      <w:pPr>
        <w:pStyle w:val="Heading1"/>
      </w:pPr>
      <w:r>
        <w:t>Titul ma’lumotlari</w:t>
      </w:r>
    </w:p>
    <w:p>
      <w:r>
        <w:t>[Ta’lim muassasasi, fakultet, yo‘nalish]</w:t>
      </w:r>
    </w:p>
    <w:p>
      <w:r>
        <w:t>Talaba: [ism, kurs, guruh] · Rahbar: [lavozim, ism]</w:t>
      </w:r>
    </w:p>
    <w:p>
      <w:r>
        <w:t>Amaliyot joyi: [nom] · Muddati: [sana] — [sana] · [Shahar, yil]</w:t>
      </w:r>
    </w:p>
    <w:p>
      <w:pPr>
        <w:pStyle w:val="Heading1"/>
      </w:pPr>
      <w:r>
        <w:t>Kirish</w:t>
      </w:r>
    </w:p>
    <w:p>
      <w:r>
        <w:t>Maqsad: [dasturdagi maqsadni o‘z ishingiz bilan bog‘lab yozing].</w:t>
      </w:r>
    </w:p>
    <w:p>
      <w:r>
        <w:t>Vazifalar: [rejadagi 2–4 vazifa]. Manbalar: [kundalik, o‘zingiz tayyorlagan material, ruxsat etilgan hujjat].</w:t>
      </w:r>
    </w:p>
    <w:p>
      <w:pPr>
        <w:pStyle w:val="Heading1"/>
      </w:pPr>
      <w:r>
        <w:t>Asosiy qism</w:t>
      </w:r>
    </w:p>
    <w:p>
      <w:r>
        <w:t>1. [Vazifa nomi]. Nima qildim: [harakat]. Qanday bajardim: [usul / vosita]. Natija: [dalil va ilova havolasi].</w:t>
      </w:r>
    </w:p>
    <w:p>
      <w:r>
        <w:t>2. [Keyingi vazifa va shu tartibdagi tahlil].</w:t>
      </w:r>
    </w:p>
    <w:p>
      <w:r>
        <w:t>Qiyinchilik: [haqiqiy muammo]. Uni hal qilish yoki kelishish yo‘li: [harakat].</w:t>
      </w:r>
    </w:p>
    <w:p>
      <w:pPr>
        <w:pStyle w:val="Heading1"/>
      </w:pPr>
      <w:r>
        <w:t>Xulosa</w:t>
      </w:r>
    </w:p>
    <w:p>
      <w:r>
        <w:t>[Maqsadning qaysi qismi bajarildi va buni nima tasdiqlaydi].</w:t>
      </w:r>
    </w:p>
    <w:p>
      <w:r>
        <w:t>[O‘rganilgan ko‘nikma, ochiq qolgan masala va keyingi qadam].</w:t>
      </w:r>
    </w:p>
    <w:p>
      <w:pPr>
        <w:pStyle w:val="Heading1"/>
      </w:pPr>
      <w:r>
        <w:t>Manbalar va ilovalar</w:t>
      </w:r>
    </w:p>
    <w:p>
      <w:r>
        <w:t>Foydalanilgan manbalar: [faqat amalda ishlatilgan materiallar].</w:t>
      </w:r>
    </w:p>
    <w:p>
      <w:r>
        <w:t>Ilova 1: [nom va matnda unga havola]. Ilova 2: [nom — bo‘lsa].</w:t>
      </w:r>
    </w:p>
    <w:p>
      <w:r>
        <w:t>[Kafedra so‘ragan kundalik, tavsifnoma va tasdiqlarni alohida biriktiring].</w:t>
      </w:r>
    </w:p>
    <w:p>
      <w:r>
        <w:t>Bu qisqa hisobot tuzilmasi; hajm, titul, mundarija va himoya talablari kafedra yo‘riqnomasiga moslanadi. Begona tayyor hisobotni o‘zingizniki qilib topshirmang, kundalik va ilovalarga zid natija yozmang.</w:t>
      </w:r>
    </w:p>
    <w:p>
      <w:r>
        <w:br w:type="page"/>
      </w:r>
    </w:p>
    <w:p>
      <w:pPr>
        <w:pStyle w:val="Title"/>
      </w:pPr>
      <w:r>
        <w:t>TO‘LDIRILGAN O‘QUV MISOLI</w:t>
      </w:r>
    </w:p>
    <w:p>
      <w:r>
        <w:t>Quyidagi matn tuzilmani ko‘rsatish uchun yozilgan. Undagi odamlar, tashkilotlar va voqealar to‘qima. Uni haqiqiy hujjat sifatida topshirmang.</w:t>
      </w:r>
    </w:p>
    <w:p>
      <w:r>
        <w:t>To‘qima qisqa o‘quv hisoboti. Shartli «O‘quv ofisi» loyihasidagi 02–04.11.2026 mashqlari; universitetning tayyor bitiruv yoki amaliyot hisoboti emas.</w:t>
      </w:r>
    </w:p>
    <w:p>
      <w:r>
        <w:t>Kirish. Maqsad — hujjatning kirishidan javob qoralamasigacha bo‘lgan jarayonni tushunish. Uch vazifa belgilandi: jarayonni chizish, mashq xatlarini ro‘yxatlash va bitta javob qoralamasini tayyorlash.</w:t>
      </w:r>
    </w:p>
    <w:p>
      <w:r>
        <w:t>1. Jarayon bilan tanishish. Rahbar ko‘rsatgan shaxsiy ma’lumotsiz o‘quv misollaridan foydalanib, kiruvchi xat → ro‘yxat → mas’ul → javob tartibini chizdim. Natija: Ilova 1 dagi sxema. Sxema haqiqiy tashkilotning ichki tartibi sifatida taqdim etilmaydi.</w:t>
      </w:r>
    </w:p>
    <w:p>
      <w:r>
        <w:t>2. Ro‘yxat bilan ishlash. Beshta to‘qima xat uchun sana, mavzu va mas’ul ustunlari bo‘lgan jadval tuzdim. Tekshiruvda bir sana noto‘g‘ri kiritilganini topib tuzatdim. Natija: Ilova 2 dagi mashq jadvali. Bu vazifa ma’lumot kiritilgandan keyin uni asl yozuv bilan solishtirish zarurligini ko‘rsatdi.</w:t>
      </w:r>
    </w:p>
    <w:p>
      <w:r>
        <w:t>3. Javob qoralamasi. Narx so‘roviga javob uchun kirish, ma’lumot va ilova qismlarini tuzdim. Noma’lum yetkazish muddati haqida va’da berilgan gapni rahbar fikridan keyin olib tashladim. Qoralama Ilova 3 sifatida saqlanadi.</w:t>
      </w:r>
    </w:p>
    <w:p>
      <w:r>
        <w:t>Xulosa. Uchta o‘quv vazifasi bo‘yicha sxema, jadval va qoralama tayyorlandi. Mustaqil ravishda haqiqiy hujjatni tasdiqlash yoki jo‘natish bajarilmadi. Keyingi mashqda ro‘yxatdagi muddatlarni kuzatish usulini o‘rganish rejalashtirildi.</w:t>
      </w:r>
    </w:p>
    <w:p>
      <w:r>
        <w:t>Manbalar va ilovalar: uch kunlik o‘quv kundaligi; Ilova 1 — jarayon sxemasi; Ilova 2 — mashq jadvali; Ilova 3 — javob qoralamasi. Bular namunaviy ro‘yxat: bu PDF ichida alohida ilovalar mavjud emas.</w:t>
      </w:r>
    </w:p>
    <w:sectPr w:rsidR="00FC693F" w:rsidRPr="0006063C" w:rsidSect="00034616">
      <w:footerReference w:type="default" r:id="rId9"/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GPTBot.uz · O‘quv namunasi · 08.11.2026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0"/>
      <w:lang w:val="uz-Latn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0364A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0364A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AMALIYOT HISOBOTI</dc:title>
  <dc:subject>O‘zbekcha blanka va to‘qima o‘quv misoli</dc:subject>
  <dc:creator>GPTBot.uz</dc:creator>
  <cp:keywords/>
  <dc:description>Original static educational template. Fictional examples. No personal information.</dc:description>
  <cp:lastModifiedBy>GPTBot.uz</cp:lastModifiedBy>
  <cp:revision>1</cp:revision>
  <dcterms:created xsi:type="dcterms:W3CDTF">2026-11-08T00:00:00Z</dcterms:created>
  <dcterms:modified xsi:type="dcterms:W3CDTF">2026-11-08T00:00:00Z</dcterms:modified>
  <cp:category/>
  <dc:language>uz-Latn</dc:language>
</cp:coreProperties>
</file>