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AMALIYOT KUNDALIGI</w:t>
      </w:r>
    </w:p>
    <w:p>
      <w:r>
        <w:t>Kun, vazifa, bajarilgan ish va natijani qayd etish uchun tahrirlanadigan tuzilma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Amaliyot ma’lumotlari</w:t>
      </w:r>
    </w:p>
    <w:p>
      <w:r>
        <w:t>Talaba: [ism] · Ta’lim muassasasi va yo‘nalish: [nom]</w:t>
      </w:r>
    </w:p>
    <w:p>
      <w:r>
        <w:t>Amaliyot joyi: [tashkilot, bo‘lim] · Davri: [sana] — [sana]</w:t>
      </w:r>
    </w:p>
    <w:p>
      <w:r>
        <w:t>Rahbar: [lavozim, ism] · Dastur yoki topshiriq: [nom]</w:t>
      </w:r>
    </w:p>
    <w:p>
      <w:pPr>
        <w:pStyle w:val="Heading1"/>
      </w:pPr>
      <w:r>
        <w:t>1-kun yozuvi</w:t>
      </w:r>
    </w:p>
    <w:p>
      <w:r>
        <w:t>Sana: [sana] · Rejadagi vazifa: [vazifa]</w:t>
      </w:r>
    </w:p>
    <w:p>
      <w:r>
        <w:t>Bajargan ishim: [o‘zingiz qilgan harakat, kuzatishdan alohida]</w:t>
      </w:r>
    </w:p>
    <w:p>
      <w:r>
        <w:t>Natija yoki dalil: [tayyorlangan ro‘yxat, yozuv yoki mahsulot]</w:t>
      </w:r>
    </w:p>
    <w:p>
      <w:r>
        <w:t>O‘rganganim / savolim: [qisqa xulosa]</w:t>
      </w:r>
    </w:p>
    <w:p>
      <w:r>
        <w:t>Rahbar qaydi: [rahbar to‘ldiradi]</w:t>
      </w:r>
    </w:p>
    <w:p>
      <w:pPr>
        <w:pStyle w:val="Heading1"/>
      </w:pPr>
      <w:r>
        <w:t>Keyingi kunlar</w:t>
      </w:r>
    </w:p>
    <w:p>
      <w:r>
        <w:t>Har ish kuni uchun yuqoridagi yozuvni nusxalang. Sana va ish mazmunini haqiqiy amaliyotingizga mos yozing.</w:t>
      </w:r>
    </w:p>
    <w:p>
      <w:r>
        <w:t>Bajarilmagan vazifa: [vazifa, sabab va rahbar bilan kelishilgan keyingi qadam — bo‘lsa].</w:t>
      </w:r>
    </w:p>
    <w:p>
      <w:pPr>
        <w:pStyle w:val="Heading1"/>
      </w:pPr>
      <w:r>
        <w:t>Davr yakuni</w:t>
      </w:r>
    </w:p>
    <w:p>
      <w:r>
        <w:t>Bajarilgan asosiy vazifalar: [ro‘yxat]</w:t>
      </w:r>
    </w:p>
    <w:p>
      <w:r>
        <w:t>Hisobotga kiritiladigan natijalar va ilovalar: [ro‘yxat]</w:t>
      </w:r>
    </w:p>
    <w:p>
      <w:r>
        <w:t>Talaba: [sana, imzo] · Rahbar tasdig‘i: [ta’lim muassasasi talabiga ko‘ra]</w:t>
      </w:r>
    </w:p>
    <w:p>
      <w:r>
        <w:t>Avval kafedra bergan kundalik shakli va tasdiqlash tartibini tekshiring. O‘tilmagan kunlarni, kuzatilmagan ishni yoki rahbar imzosini o‘ylab to‘ldirmang. Bu mustaqil o‘quv namunasi.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misoli: shartli «O‘quv ofisi»dagi uch kun. Bu to‘liq amaliyot muddati emas; real kundalik o‘rniga topshirilmaydi.</w:t>
      </w:r>
    </w:p>
    <w:p>
      <w:r>
        <w:t>Talaba A · Yo‘nalish: hujjatlar bilan ishlash o‘quv loyihasi · Rahbar B · 02–04.11.2026</w:t>
      </w:r>
    </w:p>
    <w:p>
      <w:r>
        <w:t>02.11.2026. Vazifa: hujjatlarning yurish tartibi bilan tanishish. Bajargan ishim: rahbar ko‘rsatgan namunalar asosida kiruvchi xat, javob va ilova o‘rtasidagi bog‘lanishni yozib chiqdim. Natija: shaxsiy ma’lumotsiz bitta jarayon sxemasi. Savol: javob muddati qayerda qayd etiladi?</w:t>
      </w:r>
    </w:p>
    <w:p>
      <w:r>
        <w:t>03.11.2026. Vazifa: o‘quv xatlarini ro‘yxatlash. Bajargan ishim: beshta to‘qima xatning sanasi, mavzusi va mas’ulini jadvalga kiritdim. Natija: besh qatorli mashq jadvali. Tekshiruvda sana ustunidagi bir xatoni tuzatdim. O‘rganganim: matn sanasi va ro‘yxatga olingan sana alohida bo‘lishi mumkin.</w:t>
      </w:r>
    </w:p>
    <w:p>
      <w:r>
        <w:t>04.11.2026. Vazifa: javob loyihasini tayyorlash. Bajargan ishim: narx so‘rovi uchun javob tuzilmasini yozdim va ilova nomini tekshirdim. Natija: bir sahifalik qoralama. Rahbar bilan muhokamadan so‘ng noma’lum yetkazish muddatini va’da qiladigan gapni olib tashladim.</w:t>
      </w:r>
    </w:p>
    <w:p>
      <w:r>
        <w:t>Davr xulosasi: jarayon sxemasi, mashq jadvali va javob qoralamasi hisobot uchun material bo‘ldi. Haqiqiy mijoz ma’lumoti ishlatilmadi. Uch kunlik yozuvlarni kengaytirish uchun bajarilmagan ishlar qo‘shilmadi.</w:t>
      </w:r>
    </w:p>
    <w:p>
      <w:r>
        <w:t>Rahbar tasdig‘i: o‘quv misolida berilmagan. Haqiqiy kundalikdagi qaydni amaliyot rahbari o‘zi to‘ldiradi.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AMALIYOT KUNDALIGI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