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MOTIVATSION XAT</w:t>
      </w:r>
    </w:p>
    <w:p>
      <w:r>
        <w:t>O‘quv dasturiga nega murojaat qilayotganingizni dalillar bilan tushuntirish uchun namuna</w:t>
      </w:r>
    </w:p>
    <w:p>
      <w:r>
        <w:t>Tahrirlanadigan qism. Kvadrat qavslarni o‘z ma’lumotingiz bilan almashtiring; keraksiz bandlarni o‘chiring. Qabul qiluvchi bergan shakl bo‘lsa, o‘sha shakldan foydalaning.</w:t>
      </w:r>
    </w:p>
    <w:p>
      <w:pPr>
        <w:pStyle w:val="Heading1"/>
      </w:pPr>
      <w:r>
        <w:t>Murojaat</w:t>
      </w:r>
    </w:p>
    <w:p>
      <w:r>
        <w:t>[Dastur / tashkilot nomi] tanlov komissiyasiga</w:t>
      </w:r>
    </w:p>
    <w:p>
      <w:r>
        <w:t>Hurmatli tanlov komissiyasi!</w:t>
      </w:r>
    </w:p>
    <w:p>
      <w:pPr>
        <w:pStyle w:val="Heading1"/>
      </w:pPr>
      <w:r>
        <w:t>Nega aynan shu dastur</w:t>
      </w:r>
    </w:p>
    <w:p>
      <w:r>
        <w:t>Men [dastur]ga murojaat qilyapman, chunki [aniq o‘quv yoki kasbiy maqsad]. Dasturdagi [rasmiy tavsifdan tekshirilgan yo‘nalish] ushbu maqsadimga mos.</w:t>
      </w:r>
    </w:p>
    <w:p>
      <w:pPr>
        <w:pStyle w:val="Heading1"/>
      </w:pPr>
      <w:r>
        <w:t>Tayyorgarlik va dalil</w:t>
      </w:r>
    </w:p>
    <w:p>
      <w:r>
        <w:t>[Haqiqiy loyiha / o‘qish / ish] davomida [o‘zingiz bajargan vazifa] bilan shug‘ullandim.</w:t>
      </w:r>
    </w:p>
    <w:p>
      <w:r>
        <w:t>[Muammo, qilgan harakatingiz va tekshiriladigan natija]. Bu tajriba [qanday ko‘nikma]ni rivojlantirdi.</w:t>
      </w:r>
    </w:p>
    <w:p>
      <w:pPr>
        <w:pStyle w:val="Heading1"/>
      </w:pPr>
      <w:r>
        <w:t>Nimani o‘rganmoqchiman</w:t>
      </w:r>
    </w:p>
    <w:p>
      <w:r>
        <w:t>Hozir [qaysi ko‘nikma]ni rivojlantirishim kerak. Dasturdan olgan bilimimni [aniq reja]da qo‘llamoqchiman.</w:t>
      </w:r>
    </w:p>
    <w:p>
      <w:r>
        <w:t>Guruh ishiga [mavjud ko‘nikma yoki tajriba] bilan hissa qo‘sha olaman.</w:t>
      </w:r>
    </w:p>
    <w:p>
      <w:pPr>
        <w:pStyle w:val="Heading1"/>
      </w:pPr>
      <w:r>
        <w:t>Yakun</w:t>
      </w:r>
    </w:p>
    <w:p>
      <w:r>
        <w:t>Arizamni ko‘rib chiqqaningiz uchun rahmat. [Talab qilingan bo‘lsa: suhbat yoki qo‘shimcha materialga tayyorlik].</w:t>
      </w:r>
    </w:p>
    <w:p>
      <w:r>
        <w:t>Hurmat bilan, [Ism Familiya] · [sana]</w:t>
      </w:r>
    </w:p>
    <w:p>
      <w:r>
        <w:t>Dastur nomi, topshirish tili va belgi/so‘z chegarasini e’londan tekshiring. Rezyumeni takrorlamang; mavjud bo‘lmagan mukofot, sabab yoki hayotiy voqeani qo‘shmang. Qabul natijasi kafolatlanmaydi.</w:t>
      </w:r>
    </w:p>
    <w:p>
      <w:r>
        <w:br w:type="page"/>
      </w:r>
    </w:p>
    <w:p>
      <w:pPr>
        <w:pStyle w:val="Title"/>
      </w:pPr>
      <w:r>
        <w:t>TO‘LDIRILGAN O‘QUV MISOLI</w:t>
      </w:r>
    </w:p>
    <w:p>
      <w:r>
        <w:t>Quyidagi matn tuzilmani ko‘rsatish uchun yozilgan. Undagi odamlar, tashkilotlar va voqealar to‘qima. Uni haqiqiy hujjat sifatida topshirmang.</w:t>
      </w:r>
    </w:p>
    <w:p>
      <w:r>
        <w:t>To‘qima o‘quv misoli. Nomzod A va «Loyiha ko‘nikmalari» dasturi o‘ylab topilgan; bu haqiqiy ariza yoki qabul natijasi emas.</w:t>
      </w:r>
    </w:p>
    <w:p>
      <w:r>
        <w:t>«Loyiha ko‘nikmalari» o‘quv dasturining tanlov guruhiga</w:t>
      </w:r>
    </w:p>
    <w:p>
      <w:r>
        <w:t>Hurmatli tanlov guruhi! Men guruh bilan kichik loyihani rejalash va natijasini tekshirishni o‘rganish uchun dasturga murojaat qilyapman. O‘quv misolimizda dastur vazifalarni taqsimlash va fikr-mulohaza bilan ishlash mashqlarini taklif qiladi.</w:t>
      </w:r>
    </w:p>
    <w:p>
      <w:r>
        <w:t>Oldingi o‘quv loyihamda materiallar ro‘yxatini yuritdim. Bir xil fayl ikki marta kiritilayotganini ko‘rib, ro‘yxatga tekshiruv holati ustunini qo‘shishni taklif qildim. Guruh ushbu ustun orqali qaysi material qayta ko‘rilishi kerakligini ajrata oldi. Men bu ishda tartibli qayd natijani tekshirishga yordam berishini tushundim.</w:t>
      </w:r>
    </w:p>
    <w:p>
      <w:r>
        <w:t>Hozir vazifalar muddati o‘zgarganda rejani qayta kelishishda qiynalaman. Dasturdagi amaliy mashqlar orqali shu ko‘nikmani rivojlantirmoqchiman. O‘rgangan usullarimni keyingi o‘quv loyihasida vazifa va muddatlar ro‘yxatini yuritishda qo‘llashni rejalashtiryapman.</w:t>
      </w:r>
    </w:p>
    <w:p>
      <w:r>
        <w:t>Guruh ishiga elektron jadval tuzish va yozma xulosani tartiblash ko‘nikmalarim bilan hissa qo‘sha olaman. Tajribam boshlang‘ich darajada ekanini hisobga olib, savol berish va berilgan fikr asosida ishni qayta ko‘rib chiqishga tayyorman.</w:t>
      </w:r>
    </w:p>
    <w:p>
      <w:r>
        <w:t>Arizamni ko‘rib chiqqaningiz uchun rahmat. Hurmat bilan, Namunaviy nomzod A · 08.11.2026.</w:t>
      </w:r>
    </w:p>
    <w:sectPr w:rsidR="00FC693F" w:rsidRPr="0006063C" w:rsidSect="00034616">
      <w:footerReference w:type="default" r:id="rId9"/>
      <w:pgSz w:w="11906" w:h="16838"/>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6"/>
      </w:rPr>
      <w:t>GPTBot.uz · O‘quv namunasi · 08.11.2026</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4" w:lineRule="auto"/>
    </w:pPr>
    <w:rPr>
      <w:rFonts w:ascii="Arial" w:hAnsi="Arial"/>
      <w:sz w:val="20"/>
      <w:lang w:val="uz-Latn"/>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0364A"/>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0364A"/>
      <w:spacing w:val="5"/>
      <w:kern w:val="28"/>
      <w:sz w:val="4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MOTIVATSION XAT</dc:title>
  <dc:subject>O‘zbekcha blanka va to‘qima o‘quv misoli</dc:subject>
  <dc:creator>GPTBot.uz</dc:creator>
  <cp:keywords/>
  <dc:description>Original static educational template. Fictional examples. No personal information.</dc:description>
  <cp:lastModifiedBy>GPTBot.uz</cp:lastModifiedBy>
  <cp:revision>1</cp:revision>
  <dcterms:created xsi:type="dcterms:W3CDTF">2026-11-08T00:00:00Z</dcterms:created>
  <dcterms:modified xsi:type="dcterms:W3CDTF">2026-11-08T00:00:00Z</dcterms:modified>
  <cp:category/>
  <dc:language>uz-Latn</dc:language>
</cp:coreProperties>
</file>