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TARJIMAI HOL</w:t>
      </w:r>
    </w:p>
    <w:p>
      <w:r>
        <w:t>Hayot va ta’lim yo‘lini izchil bayon qilish uchun tahrirlanadigan namuna</w:t>
      </w:r>
    </w:p>
    <w:p>
      <w:r>
        <w:t>Tahrirlanadigan qism. Kvadrat qavslarni o‘z ma’lumotingiz bilan almashtiring; keraksiz bandlarni o‘chiring. Qabul qiluvchi bergan shakl bo‘lsa, o‘sha shakldan foydalaning.</w:t>
      </w:r>
    </w:p>
    <w:p>
      <w:pPr>
        <w:pStyle w:val="Heading1"/>
      </w:pPr>
      <w:r>
        <w:t>Muallif</w:t>
      </w:r>
    </w:p>
    <w:p>
      <w:r>
        <w:t>Men, [Ism Familiya], [qabul qiluvchi so‘ragan bo‘lsa: tug‘ilgan yil va joy]da tug‘ilganman.</w:t>
      </w:r>
    </w:p>
    <w:p>
      <w:pPr>
        <w:pStyle w:val="Heading1"/>
      </w:pPr>
      <w:r>
        <w:t>Ta’lim</w:t>
      </w:r>
    </w:p>
    <w:p>
      <w:r>
        <w:t>[Yil]da [ta’lim muassasasi]ga o‘qishga kirib, [yil]da [yo‘nalish] bo‘yicha tamomlaganman.</w:t>
      </w:r>
    </w:p>
    <w:p>
      <w:r>
        <w:t>[Hozirgi o‘qish, kurs yoki o‘quv loyihasi — mavjud bo‘lsa].</w:t>
      </w:r>
    </w:p>
    <w:p>
      <w:pPr>
        <w:pStyle w:val="Heading1"/>
      </w:pPr>
      <w:r>
        <w:t>Faoliyat</w:t>
      </w:r>
    </w:p>
    <w:p>
      <w:r>
        <w:t>[Oy, yil]dan [oy, yil]gacha [tashkilot yoki loyiha]da [vazifa] bilan shug‘ullanganman.</w:t>
      </w:r>
    </w:p>
    <w:p>
      <w:r>
        <w:t>Bu davrda [o‘zingiz bajargan aniq ish va ishlatgan vosita]ni o‘rgandim.</w:t>
      </w:r>
    </w:p>
    <w:p>
      <w:r>
        <w:t>Hozir [amaldagi o‘qish yoki ish holati].</w:t>
      </w:r>
    </w:p>
    <w:p>
      <w:pPr>
        <w:pStyle w:val="Heading1"/>
      </w:pPr>
      <w:r>
        <w:t>Qo‘shimcha ma’lumot</w:t>
      </w:r>
    </w:p>
    <w:p>
      <w:r>
        <w:t>[Hujjat maqsadiga tegishli til, kurs yoki ko‘nikma; darajani oshirib ko‘rsatmang].</w:t>
      </w:r>
    </w:p>
    <w:p>
      <w:r>
        <w:t>Tarjimai hol [qaysi tashkilotga va nima maqsadda] taqdim etish uchun yozildi.</w:t>
      </w:r>
    </w:p>
    <w:p>
      <w:pPr>
        <w:pStyle w:val="Heading1"/>
      </w:pPr>
      <w:r>
        <w:t>Yakun</w:t>
      </w:r>
    </w:p>
    <w:p>
      <w:r>
        <w:t>Sana: [kun.oy.yil]</w:t>
      </w:r>
    </w:p>
    <w:p>
      <w:r>
        <w:t>Muallif: [Ism Familiya] · Imzo: [o‘zingiz qo‘yasiz]</w:t>
      </w:r>
    </w:p>
    <w:p>
      <w:r>
        <w:t>Yillar ketma-ketligini tekshiring. Qabul qiluvchi so‘ramagan pasport, JShShIR, qarindoshlar yoki sog‘liq ma’lumotini qo‘shmang. Shaxsiy ma’lumotni faqat o‘z qurilmangizdagi faylda to‘ldiring.</w:t>
      </w:r>
    </w:p>
    <w:p>
      <w:r>
        <w:br w:type="page"/>
      </w:r>
    </w:p>
    <w:p>
      <w:pPr>
        <w:pStyle w:val="Title"/>
      </w:pPr>
      <w:r>
        <w:t>TO‘LDIRILGAN O‘QUV MISOLI</w:t>
      </w:r>
    </w:p>
    <w:p>
      <w:r>
        <w:t>Quyidagi matn tuzilmani ko‘rsatish uchun yozilgan. Undagi odamlar, tashkilotlar va voqealar to‘qima. Uni haqiqiy hujjat sifatida topshirmang.</w:t>
      </w:r>
    </w:p>
    <w:p>
      <w:r>
        <w:t>To‘qima o‘quv misoli. «Namunaviy nomzod A» haqiqiy shaxs emas; bu matn birovning tarjimai holi sifatida topshirilmaydi.</w:t>
      </w:r>
    </w:p>
    <w:p>
      <w:r>
        <w:t>TARJIMAI HOL</w:t>
      </w:r>
    </w:p>
    <w:p>
      <w:r>
        <w:t>Men, Namunaviy nomzod A, 2022-yilda umumiy o‘rta ta’limni tugatdim. Shu yili axborot xizmatlari yo‘nalishidagi o‘quv dasturiga qabul qilindim.</w:t>
      </w:r>
    </w:p>
    <w:p>
      <w:r>
        <w:t>2022–2025-yillarda matn bilan ishlash, elektron jadval va hujjatlarni tartiblash bo‘yicha fanlarni o‘rgandim. O‘quv loyihasida kichik kutubxonaning kitoblar ro‘yxatini jadvalga kiritish vazifasini bajardim.</w:t>
      </w:r>
    </w:p>
    <w:p>
      <w:r>
        <w:t>2025-yil sentabrdan dekabrgacha to‘qima «O‘quv ofisi» loyihasida amaliyot o‘tadim. Kiruvchi xatlarning sanasi, mavzusi va mas’ulini qayd etdim; yakunlangan vazifalarni alohida ro‘yxatga ajratdim.</w:t>
      </w:r>
    </w:p>
    <w:p>
      <w:r>
        <w:t>2026-yildan boshlab hujjatlarni rasmiylashtirish bo‘yicha mashqlarni mustaqil davom ettiryapman. Word’da matnni tuzish va Excel’da sodda ro‘yxat yuritish ko‘nikmalarim bor. Ish tajribam o‘quv loyihalari bilan cheklangan.</w:t>
      </w:r>
    </w:p>
    <w:p>
      <w:r>
        <w:t>Tarjimai hol o‘quv dasturidagi amaliy mashg‘ulot uchun yozildi. Namunada tug‘ilgan sana va shaxsiy aloqa ma’lumoti ataylab keltirilmagan.</w:t>
      </w:r>
    </w:p>
    <w:p>
      <w:r>
        <w:t>08.11.2026 · Namunaviy nomzod A · Haqiqiy imzo qo‘yilmagan.</w:t>
      </w:r>
    </w:p>
    <w:sectPr w:rsidR="00FC693F" w:rsidRPr="0006063C" w:rsidSect="00034616">
      <w:footerReference w:type="default" r:id="rId9"/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GPTBot.uz · O‘quv namunasi · 08.11.2026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0"/>
      <w:lang w:val="uz-Latn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0364A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0364A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TARJIMAI HOL</dc:title>
  <dc:subject>O‘zbekcha blanka va to‘qima o‘quv misoli</dc:subject>
  <dc:creator>GPTBot.uz</dc:creator>
  <cp:keywords/>
  <dc:description>Original static educational template. Fictional examples. No personal information.</dc:description>
  <cp:lastModifiedBy>GPTBot.uz</cp:lastModifiedBy>
  <cp:revision>1</cp:revision>
  <dcterms:created xsi:type="dcterms:W3CDTF">2026-11-08T00:00:00Z</dcterms:created>
  <dcterms:modified xsi:type="dcterms:W3CDTF">2026-11-08T00:00:00Z</dcterms:modified>
  <cp:category/>
  <dc:language>uz-Latn</dc:language>
</cp:coreProperties>
</file>