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TAVSIYANOMA</w:t>
      </w:r>
    </w:p>
    <w:p>
      <w:r>
        <w:t>Nomzodni aniq o‘quv dasturi yoki vazifaga tavsiya qilish uchun namuna</w:t>
      </w:r>
    </w:p>
    <w:p>
      <w:r>
        <w:t>Tahrirlanadigan qism. Kvadrat qavslarni o‘z ma’lumotingiz bilan almashtiring; keraksiz bandlarni o‘chiring. Qabul qiluvchi bergan shakl bo‘lsa, o‘sha shakldan foydalaning.</w:t>
      </w:r>
    </w:p>
    <w:p>
      <w:pPr>
        <w:pStyle w:val="Heading1"/>
      </w:pPr>
      <w:r>
        <w:t>Kimga va kimdan</w:t>
      </w:r>
    </w:p>
    <w:p>
      <w:r>
        <w:t>[Qabul qiluvchi dastur / tashkilot] tanlov komissiyasiga</w:t>
      </w:r>
    </w:p>
    <w:p>
      <w:r>
        <w:t>Tavsiya beruvchi: [lavozim, tashkilot, ism]</w:t>
      </w:r>
    </w:p>
    <w:p>
      <w:pPr>
        <w:pStyle w:val="Heading1"/>
      </w:pPr>
      <w:r>
        <w:t>Nomzodni qayerdan bilaman</w:t>
      </w:r>
    </w:p>
    <w:p>
      <w:r>
        <w:t>Men [nomzod]ni [muddat] davomida [dars, loyiha yoki ish] orqali bilaman. [Qanday vazifada birga ishlagansiz].</w:t>
      </w:r>
    </w:p>
    <w:p>
      <w:pPr>
        <w:pStyle w:val="Heading1"/>
      </w:pPr>
      <w:r>
        <w:t>Kuzatilgan dalillar</w:t>
      </w:r>
    </w:p>
    <w:p>
      <w:r>
        <w:t>[Nomzod bajargan aniq ish], uning hissasi [aniq harakat]dan iborat bo‘ldi.</w:t>
      </w:r>
    </w:p>
    <w:p>
      <w:r>
        <w:t>[Ikkinchi kuzatuv: muammo, nomzodning harakati va tekshiriladigan natija].</w:t>
      </w:r>
    </w:p>
    <w:p>
      <w:r>
        <w:t>[Rivojlantirish kerak bo‘lgan jihat — tegishli bo‘lsa, xolis ifodalang].</w:t>
      </w:r>
    </w:p>
    <w:p>
      <w:pPr>
        <w:pStyle w:val="Heading1"/>
      </w:pPr>
      <w:r>
        <w:t>Aniq tavsiya</w:t>
      </w:r>
    </w:p>
    <w:p>
      <w:r>
        <w:t>Shu kuzatuvlar asosida [nomzod]ni [dastur / vazifa] uchun tavsiya qilaman. Uning [dalil bilan ko‘rsatilgan ko‘nikmasi] ushbu yo‘nalishga mos deb hisoblayman.</w:t>
      </w:r>
    </w:p>
    <w:p>
      <w:pPr>
        <w:pStyle w:val="Heading1"/>
      </w:pPr>
      <w:r>
        <w:t>Yakun</w:t>
      </w:r>
    </w:p>
    <w:p>
      <w:r>
        <w:t>[Qabul qiluvchi talab qilgan aloqa kanali — tavsiya beruvchining roziligi bilan]</w:t>
      </w:r>
    </w:p>
    <w:p>
      <w:r>
        <w:t>Sana: [kun.oy.yil] · Tavsiya beruvchi: [ism, imzo]</w:t>
      </w:r>
    </w:p>
    <w:p>
      <w:r>
        <w:t>Matn tavsiya beruvchining o‘z kuzatuviga tayanishi va u tomonidan ma’qullanishi kerak. Boshqa odam nomidan roziligisiz imzo, aloqa ma’lumoti yoki tavsiya yaratmang.</w:t>
      </w:r>
    </w:p>
    <w:p>
      <w:r>
        <w:br w:type="page"/>
      </w:r>
    </w:p>
    <w:p>
      <w:pPr>
        <w:pStyle w:val="Title"/>
      </w:pPr>
      <w:r>
        <w:t>TO‘LDIRILGAN O‘QUV MISOLI</w:t>
      </w:r>
    </w:p>
    <w:p>
      <w:r>
        <w:t>Quyidagi matn tuzilmani ko‘rsatish uchun yozilgan. Undagi odamlar, tashkilotlar va voqealar to‘qima. Uni haqiqiy hujjat sifatida topshirmang.</w:t>
      </w:r>
    </w:p>
    <w:p>
      <w:r>
        <w:t>To‘qima o‘quv misoli. Nomzod A, murabbiy B va dastur shartli; bu haqiqiy tavsiya xati emas.</w:t>
      </w:r>
    </w:p>
    <w:p>
      <w:r>
        <w:t>«O‘quv loyiha ustaxonasi» dasturining tanlov guruhiga</w:t>
      </w:r>
    </w:p>
    <w:p>
      <w:r>
        <w:t>Men, murabbiy B, nomzod A bilan olti haftalik o‘quv loyihasida ishladim. Vazifam guruhning rejasini kuzatish va tayyor materiallarni tekshirishdan iborat bo‘ldi.</w:t>
      </w:r>
    </w:p>
    <w:p>
      <w:r>
        <w:t>Nomzod A guruhning materiallar ro‘yxatini yuritdi. U bir xil fayllar qayta kiritilganini aniqlab, alohida tekshiruv ustunini taklif qildi. Bu o‘zgarishdan keyin guruh qaysi material ko‘rib chiqilganini ro‘yxatdan ko‘ra oldi.</w:t>
      </w:r>
    </w:p>
    <w:p>
      <w:r>
        <w:t>U yakuniy taqdimotda bajargan ishini qisqa va tushunarli izohladi, savolga javobni bilmaganda taxmin qilish o‘rniga tekshirish zarurligini aytdi. Hozircha yirik loyihalarni mustaqil boshqarish tajribasi cheklangan; shu sababli unga murabbiy kuzatuvidagi amaliy dastur mos deb hisoblayman.</w:t>
      </w:r>
    </w:p>
    <w:p>
      <w:r>
        <w:t>Kuzatgan ishlarim asosida nomzod A ni boshlang‘ich loyiha amaliyoti uchun tavsiya qilaman. Uning ma’lumotlarni tartiblash va fikr-mulohazani qabul qilish ko‘nikmalari ushbu dasturda foydali bo‘lishi mumkin.</w:t>
      </w:r>
    </w:p>
    <w:p>
      <w:r>
        <w:t>08.11.2026 · Murabbiy B. O‘quv misolida haqiqiy aloqa va imzo keltirilmagan.</w:t>
      </w:r>
    </w:p>
    <w:sectPr w:rsidR="00FC693F" w:rsidRPr="0006063C" w:rsidSect="00034616">
      <w:footerReference w:type="default" r:id="rId9"/>
      <w:pgSz w:w="11906" w:h="16838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GPTBot.uz · O‘quv namunasi · 08.11.2026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0"/>
      <w:lang w:val="uz-Latn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0364A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0364A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TAVSIYANOMA</dc:title>
  <dc:subject>O‘zbekcha blanka va to‘qima o‘quv misoli</dc:subject>
  <dc:creator>GPTBot.uz</dc:creator>
  <cp:keywords/>
  <dc:description>Original static educational template. Fictional examples. No personal information.</dc:description>
  <cp:lastModifiedBy>GPTBot.uz</cp:lastModifiedBy>
  <cp:revision>1</cp:revision>
  <dcterms:created xsi:type="dcterms:W3CDTF">2026-11-08T00:00:00Z</dcterms:created>
  <dcterms:modified xsi:type="dcterms:W3CDTF">2026-11-08T00:00:00Z</dcterms:modified>
  <cp:category/>
  <dc:language>uz-Latn</dc:language>
</cp:coreProperties>
</file>